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BFA79" w14:textId="167D5B31" w:rsidR="003F0488" w:rsidRPr="00AD7644" w:rsidRDefault="005D7F52" w:rsidP="00041129">
      <w:pPr>
        <w:ind w:left="2160"/>
        <w:rPr>
          <w:sz w:val="40"/>
          <w:szCs w:val="40"/>
          <w:lang w:val="nl-NL"/>
        </w:rPr>
      </w:pPr>
      <w:r w:rsidRPr="00AD7644">
        <w:rPr>
          <w:noProof/>
          <w:sz w:val="40"/>
          <w:szCs w:val="40"/>
          <w:lang w:val="nl-NL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112CB3F0" wp14:editId="09C41BB2">
                <wp:simplePos x="0" y="0"/>
                <wp:positionH relativeFrom="column">
                  <wp:posOffset>-694690</wp:posOffset>
                </wp:positionH>
                <wp:positionV relativeFrom="paragraph">
                  <wp:posOffset>-637540</wp:posOffset>
                </wp:positionV>
                <wp:extent cx="7747000" cy="1765300"/>
                <wp:effectExtent l="0" t="0" r="0" b="0"/>
                <wp:wrapNone/>
                <wp:docPr id="3679" name="Shape 3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0" cy="1765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24749" h="2571749">
                              <a:moveTo>
                                <a:pt x="0" y="0"/>
                              </a:moveTo>
                              <a:lnTo>
                                <a:pt x="7524749" y="0"/>
                              </a:lnTo>
                              <a:lnTo>
                                <a:pt x="7524749" y="2571749"/>
                              </a:lnTo>
                              <a:lnTo>
                                <a:pt x="0" y="25717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AEC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F0DD3" id="Shape 3679" o:spid="_x0000_s1026" style="position:absolute;margin-left:-54.7pt;margin-top:-50.2pt;width:610pt;height:139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524749,2571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" path="m,l7524749,r,2571749l,2571749,,e" fillcolor="#eaecf9" stroked="f" strokeweight="0">
                <v:stroke miterlimit="83231f" joinstyle="miter"/>
                <v:path arrowok="t" textboxrect="0,0,7524749,2571749"/>
              </v:shape>
            </w:pict>
          </mc:Fallback>
        </mc:AlternateContent>
      </w:r>
      <w:r w:rsidR="00041129" w:rsidRPr="00AD7644">
        <w:rPr>
          <w:noProof/>
          <w:sz w:val="40"/>
          <w:szCs w:val="40"/>
          <w:lang w:val="nl-NL"/>
        </w:rPr>
        <w:drawing>
          <wp:anchor distT="0" distB="0" distL="114300" distR="114300" simplePos="0" relativeHeight="251656704" behindDoc="0" locked="0" layoutInCell="1" allowOverlap="1" wp14:anchorId="363D6BF0" wp14:editId="4DA8CF92">
            <wp:simplePos x="0" y="0"/>
            <wp:positionH relativeFrom="column">
              <wp:posOffset>-211455</wp:posOffset>
            </wp:positionH>
            <wp:positionV relativeFrom="paragraph">
              <wp:posOffset>-40005</wp:posOffset>
            </wp:positionV>
            <wp:extent cx="1371600" cy="1003300"/>
            <wp:effectExtent l="0" t="0" r="0" b="0"/>
            <wp:wrapNone/>
            <wp:docPr id="11" name="Picture 1" descr="A person and dog with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 descr="A person and dog with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644">
        <w:rPr>
          <w:b/>
          <w:color w:val="2D3D71"/>
          <w:sz w:val="40"/>
          <w:szCs w:val="40"/>
          <w:lang w:val="nl-NL"/>
        </w:rPr>
        <w:t>Van den Broek Lohman Fonds</w:t>
      </w:r>
      <w:r w:rsidR="00AD7644" w:rsidRPr="00AD7644">
        <w:rPr>
          <w:b/>
          <w:color w:val="2D3D71"/>
          <w:sz w:val="40"/>
          <w:szCs w:val="40"/>
          <w:lang w:val="nl-NL"/>
        </w:rPr>
        <w:t xml:space="preserve"> Nunspeet</w:t>
      </w:r>
    </w:p>
    <w:p w14:paraId="66E66DCB" w14:textId="29B7237A" w:rsidR="003F0488" w:rsidRPr="000D47DB" w:rsidRDefault="00000000" w:rsidP="00041129">
      <w:pPr>
        <w:ind w:left="630" w:firstLine="720"/>
        <w:jc w:val="center"/>
        <w:rPr>
          <w:b/>
          <w:lang w:val="nl-NL"/>
        </w:rPr>
      </w:pPr>
      <w:r w:rsidRPr="000D47DB">
        <w:rPr>
          <w:b/>
          <w:lang w:val="nl-NL"/>
        </w:rPr>
        <w:t>Aanvraagformulier voor een bijdrage</w:t>
      </w:r>
      <w:r w:rsidR="00041129" w:rsidRPr="000D47DB">
        <w:rPr>
          <w:b/>
          <w:lang w:val="nl-NL"/>
        </w:rPr>
        <w:t xml:space="preserve"> van het fonds voor uw activiteiten</w:t>
      </w:r>
    </w:p>
    <w:p w14:paraId="78EBD216" w14:textId="707A0446" w:rsidR="00041129" w:rsidRPr="000D47DB" w:rsidRDefault="00041129">
      <w:pPr>
        <w:rPr>
          <w:lang w:val="nl-NL"/>
        </w:rPr>
      </w:pPr>
    </w:p>
    <w:p w14:paraId="548AF1E7" w14:textId="77777777" w:rsidR="0046223D" w:rsidRDefault="0046223D" w:rsidP="00041129">
      <w:pPr>
        <w:ind w:left="-90"/>
        <w:rPr>
          <w:b/>
          <w:color w:val="2D3D71"/>
          <w:sz w:val="32"/>
          <w:lang w:val="nl-NL"/>
        </w:rPr>
      </w:pPr>
    </w:p>
    <w:p w14:paraId="2AB5A6C3" w14:textId="756C3DC7" w:rsidR="00041129" w:rsidRPr="000D47DB" w:rsidRDefault="00041129" w:rsidP="00041129">
      <w:pPr>
        <w:ind w:left="-90"/>
        <w:rPr>
          <w:b/>
          <w:color w:val="2D3D71"/>
          <w:sz w:val="32"/>
          <w:lang w:val="nl-NL"/>
        </w:rPr>
      </w:pPr>
      <w:r w:rsidRPr="000D47DB">
        <w:rPr>
          <w:b/>
          <w:color w:val="2D3D71"/>
          <w:sz w:val="32"/>
          <w:lang w:val="nl-NL"/>
        </w:rPr>
        <w:t>Registratienummer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4"/>
        <w:gridCol w:w="5088"/>
      </w:tblGrid>
      <w:tr w:rsidR="00041129" w:rsidRPr="0010166A" w14:paraId="3751ED51" w14:textId="77777777" w:rsidTr="005D7F52">
        <w:trPr>
          <w:trHeight w:val="610"/>
        </w:trPr>
        <w:tc>
          <w:tcPr>
            <w:tcW w:w="4878" w:type="dxa"/>
            <w:shd w:val="clear" w:color="auto" w:fill="E8EDF9"/>
          </w:tcPr>
          <w:p w14:paraId="4D796719" w14:textId="43BDCFBD" w:rsidR="00041129" w:rsidRPr="000719C9" w:rsidRDefault="00041129" w:rsidP="00876F5F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Dit nummer wordt ingevuld door de Secretaris van het van den Broek Lohman Fonds</w:t>
            </w:r>
          </w:p>
        </w:tc>
        <w:tc>
          <w:tcPr>
            <w:tcW w:w="5094" w:type="dxa"/>
          </w:tcPr>
          <w:p w14:paraId="45751275" w14:textId="77777777" w:rsidR="00041129" w:rsidRPr="000D47DB" w:rsidRDefault="00041129" w:rsidP="00876F5F">
            <w:pPr>
              <w:rPr>
                <w:lang w:val="nl-NL"/>
              </w:rPr>
            </w:pPr>
            <w:r w:rsidRPr="000D47DB">
              <w:rPr>
                <w:lang w:val="nl-NL"/>
              </w:rPr>
              <w:br/>
            </w:r>
            <w:r w:rsidRPr="000D47DB">
              <w:rPr>
                <w:lang w:val="nl-NL"/>
              </w:rPr>
              <w:br/>
            </w:r>
          </w:p>
        </w:tc>
      </w:tr>
    </w:tbl>
    <w:p w14:paraId="6A663C25" w14:textId="1037A141" w:rsidR="00BD2A0A" w:rsidRPr="00AD7644" w:rsidRDefault="00AD7644" w:rsidP="00AD7644">
      <w:pPr>
        <w:ind w:left="-90"/>
        <w:rPr>
          <w:b/>
          <w:color w:val="EE0000"/>
          <w:sz w:val="24"/>
          <w:szCs w:val="24"/>
          <w:lang w:val="nl-NL"/>
        </w:rPr>
      </w:pPr>
      <w:r>
        <w:rPr>
          <w:b/>
          <w:color w:val="2D3D71"/>
          <w:sz w:val="24"/>
          <w:szCs w:val="24"/>
          <w:lang w:val="nl-NL"/>
        </w:rPr>
        <w:t xml:space="preserve">  </w:t>
      </w:r>
      <w:r w:rsidR="000D47DB" w:rsidRPr="00AD7644">
        <w:rPr>
          <w:b/>
          <w:color w:val="2D3D71"/>
          <w:sz w:val="24"/>
          <w:szCs w:val="24"/>
          <w:lang w:val="nl-NL"/>
        </w:rPr>
        <w:t xml:space="preserve">Vragen met een </w:t>
      </w:r>
      <w:r w:rsidR="000D47DB" w:rsidRPr="00AD7644">
        <w:rPr>
          <w:b/>
          <w:color w:val="EE0000"/>
          <w:sz w:val="24"/>
          <w:szCs w:val="24"/>
          <w:lang w:val="nl-NL"/>
        </w:rPr>
        <w:t>* zijn verplicht om in te vullen</w:t>
      </w:r>
    </w:p>
    <w:p w14:paraId="3445D0E9" w14:textId="77777777" w:rsidR="0046223D" w:rsidRDefault="0046223D" w:rsidP="00D04204">
      <w:pPr>
        <w:rPr>
          <w:b/>
          <w:color w:val="2D3D71"/>
          <w:sz w:val="32"/>
          <w:lang w:val="nl-NL"/>
        </w:rPr>
      </w:pPr>
    </w:p>
    <w:p w14:paraId="3E75D348" w14:textId="27D86921" w:rsidR="00D04204" w:rsidRPr="000D47DB" w:rsidRDefault="00D04204" w:rsidP="00D04204">
      <w:pPr>
        <w:rPr>
          <w:lang w:val="nl-NL"/>
        </w:rPr>
      </w:pPr>
      <w:r w:rsidRPr="000D47DB">
        <w:rPr>
          <w:b/>
          <w:color w:val="2D3D71"/>
          <w:sz w:val="32"/>
          <w:lang w:val="nl-NL"/>
        </w:rPr>
        <w:t>Gegevens vereniging</w:t>
      </w:r>
      <w:r>
        <w:rPr>
          <w:b/>
          <w:color w:val="2D3D71"/>
          <w:sz w:val="32"/>
          <w:lang w:val="nl-NL"/>
        </w:rPr>
        <w:t xml:space="preserve"> </w:t>
      </w:r>
      <w:r w:rsidRPr="000D47DB">
        <w:rPr>
          <w:b/>
          <w:color w:val="2D3D71"/>
          <w:sz w:val="32"/>
          <w:lang w:val="nl-NL"/>
        </w:rPr>
        <w:t>/stichting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5"/>
        <w:gridCol w:w="6257"/>
      </w:tblGrid>
      <w:tr w:rsidR="00D04204" w:rsidRPr="000719C9" w14:paraId="6AF413E4" w14:textId="77777777" w:rsidTr="00740FFC">
        <w:tc>
          <w:tcPr>
            <w:tcW w:w="3705" w:type="dxa"/>
            <w:shd w:val="clear" w:color="auto" w:fill="E8EDF9"/>
          </w:tcPr>
          <w:p w14:paraId="49373950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Naam vereniging /stichting 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257" w:type="dxa"/>
          </w:tcPr>
          <w:p w14:paraId="669E88D4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D04204" w:rsidRPr="000719C9" w14:paraId="3AABF929" w14:textId="77777777" w:rsidTr="00740FFC">
        <w:tc>
          <w:tcPr>
            <w:tcW w:w="3705" w:type="dxa"/>
            <w:shd w:val="clear" w:color="auto" w:fill="E8EDF9"/>
          </w:tcPr>
          <w:p w14:paraId="30ABFABB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Datum van oprichting</w:t>
            </w:r>
            <w:r>
              <w:rPr>
                <w:sz w:val="22"/>
                <w:lang w:val="nl-NL"/>
              </w:rPr>
              <w:t xml:space="preserve"> </w:t>
            </w:r>
            <w:r w:rsidRPr="000719C9">
              <w:rPr>
                <w:color w:val="C00000"/>
                <w:sz w:val="22"/>
                <w:lang w:val="nl-NL"/>
              </w:rPr>
              <w:t>*</w:t>
            </w:r>
          </w:p>
        </w:tc>
        <w:tc>
          <w:tcPr>
            <w:tcW w:w="6257" w:type="dxa"/>
          </w:tcPr>
          <w:p w14:paraId="50BE96CC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D04204" w:rsidRPr="000719C9" w14:paraId="1F1B3E83" w14:textId="77777777" w:rsidTr="00740FFC">
        <w:tc>
          <w:tcPr>
            <w:tcW w:w="3705" w:type="dxa"/>
            <w:shd w:val="clear" w:color="auto" w:fill="E8EDF9"/>
          </w:tcPr>
          <w:p w14:paraId="728266B1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Plaats van vestiging 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257" w:type="dxa"/>
          </w:tcPr>
          <w:p w14:paraId="0FAA9B7A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D04204" w:rsidRPr="000719C9" w14:paraId="5D65B067" w14:textId="77777777" w:rsidTr="00740FFC">
        <w:tc>
          <w:tcPr>
            <w:tcW w:w="3705" w:type="dxa"/>
            <w:shd w:val="clear" w:color="auto" w:fill="E8EDF9"/>
          </w:tcPr>
          <w:p w14:paraId="7339DAFD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Website</w:t>
            </w:r>
          </w:p>
        </w:tc>
        <w:tc>
          <w:tcPr>
            <w:tcW w:w="6257" w:type="dxa"/>
          </w:tcPr>
          <w:p w14:paraId="0D930CFB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D04204" w:rsidRPr="000719C9" w14:paraId="78404D09" w14:textId="77777777" w:rsidTr="00740FFC">
        <w:tc>
          <w:tcPr>
            <w:tcW w:w="3705" w:type="dxa"/>
            <w:shd w:val="clear" w:color="auto" w:fill="E8EDF9"/>
          </w:tcPr>
          <w:p w14:paraId="212D5A9A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E-mailadres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257" w:type="dxa"/>
          </w:tcPr>
          <w:p w14:paraId="63F99119" w14:textId="77777777" w:rsidR="00D04204" w:rsidRPr="000719C9" w:rsidRDefault="00D04204" w:rsidP="00740FFC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</w:tbl>
    <w:p w14:paraId="43078A4A" w14:textId="77777777" w:rsidR="00911462" w:rsidRDefault="00911462" w:rsidP="00911462">
      <w:pPr>
        <w:ind w:left="-90"/>
        <w:rPr>
          <w:b/>
          <w:color w:val="2D3D71"/>
          <w:sz w:val="32"/>
          <w:szCs w:val="32"/>
          <w:lang w:val="nl-NL"/>
        </w:rPr>
      </w:pPr>
    </w:p>
    <w:p w14:paraId="4656AA64" w14:textId="196B4374" w:rsidR="00911462" w:rsidRPr="000719C9" w:rsidRDefault="00911462" w:rsidP="00911462">
      <w:pPr>
        <w:ind w:left="-90"/>
        <w:rPr>
          <w:sz w:val="32"/>
          <w:szCs w:val="32"/>
          <w:lang w:val="nl-NL"/>
        </w:rPr>
      </w:pPr>
      <w:r w:rsidRPr="000719C9">
        <w:rPr>
          <w:b/>
          <w:color w:val="2D3D71"/>
          <w:sz w:val="32"/>
          <w:szCs w:val="32"/>
          <w:lang w:val="nl-NL"/>
        </w:rPr>
        <w:t>Bankgegevens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6"/>
        <w:gridCol w:w="6076"/>
      </w:tblGrid>
      <w:tr w:rsidR="00911462" w:rsidRPr="000719C9" w14:paraId="36584EEC" w14:textId="77777777" w:rsidTr="00D8513E">
        <w:tc>
          <w:tcPr>
            <w:tcW w:w="3888" w:type="dxa"/>
            <w:shd w:val="clear" w:color="auto" w:fill="E8EDF9"/>
          </w:tcPr>
          <w:p w14:paraId="05D39F84" w14:textId="77777777" w:rsidR="00911462" w:rsidRPr="000719C9" w:rsidRDefault="00911462" w:rsidP="00D8513E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Bankrekeningnummer 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084" w:type="dxa"/>
          </w:tcPr>
          <w:p w14:paraId="229B2E9F" w14:textId="77777777" w:rsidR="00911462" w:rsidRPr="000719C9" w:rsidRDefault="00911462" w:rsidP="00D8513E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911462" w:rsidRPr="000719C9" w14:paraId="355F05B8" w14:textId="77777777" w:rsidTr="00D8513E">
        <w:tc>
          <w:tcPr>
            <w:tcW w:w="3888" w:type="dxa"/>
            <w:shd w:val="clear" w:color="auto" w:fill="E8EDF9"/>
          </w:tcPr>
          <w:p w14:paraId="74D8804F" w14:textId="77777777" w:rsidR="00911462" w:rsidRPr="000719C9" w:rsidRDefault="00911462" w:rsidP="00D8513E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Ten name van 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084" w:type="dxa"/>
          </w:tcPr>
          <w:p w14:paraId="30BF48F7" w14:textId="77777777" w:rsidR="00911462" w:rsidRPr="000719C9" w:rsidRDefault="00911462" w:rsidP="00D8513E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</w:tbl>
    <w:p w14:paraId="72012C5D" w14:textId="77777777" w:rsidR="00D04204" w:rsidRDefault="00D04204" w:rsidP="00D04204">
      <w:pPr>
        <w:rPr>
          <w:b/>
          <w:color w:val="2D3D71"/>
          <w:sz w:val="32"/>
          <w:szCs w:val="32"/>
          <w:lang w:val="nl-NL"/>
        </w:rPr>
      </w:pPr>
    </w:p>
    <w:p w14:paraId="26A747A2" w14:textId="77777777" w:rsidR="00911462" w:rsidRDefault="00911462" w:rsidP="00F8527C">
      <w:pPr>
        <w:rPr>
          <w:b/>
          <w:color w:val="2D3D71"/>
          <w:sz w:val="32"/>
          <w:lang w:val="nl-NL"/>
        </w:rPr>
      </w:pPr>
    </w:p>
    <w:p w14:paraId="2685E3BD" w14:textId="135107DC" w:rsidR="003F0488" w:rsidRPr="000D47DB" w:rsidRDefault="00041129" w:rsidP="00F8527C">
      <w:pPr>
        <w:rPr>
          <w:lang w:val="nl-NL"/>
        </w:rPr>
      </w:pPr>
      <w:r w:rsidRPr="000D47DB">
        <w:rPr>
          <w:b/>
          <w:color w:val="2D3D71"/>
          <w:sz w:val="32"/>
          <w:lang w:val="nl-NL"/>
        </w:rPr>
        <w:lastRenderedPageBreak/>
        <w:t>Contact</w:t>
      </w:r>
      <w:r w:rsidR="00AD7644">
        <w:rPr>
          <w:b/>
          <w:color w:val="2D3D71"/>
          <w:sz w:val="32"/>
          <w:lang w:val="nl-NL"/>
        </w:rPr>
        <w:t>gegevens</w:t>
      </w:r>
      <w:r w:rsidRPr="000D47DB">
        <w:rPr>
          <w:b/>
          <w:color w:val="2D3D71"/>
          <w:sz w:val="32"/>
          <w:lang w:val="nl-NL"/>
        </w:rPr>
        <w:t xml:space="preserve"> van de aanvrager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6"/>
        <w:gridCol w:w="6256"/>
      </w:tblGrid>
      <w:tr w:rsidR="003F0488" w:rsidRPr="000D47DB" w14:paraId="225466B5" w14:textId="77777777" w:rsidTr="00AD7644">
        <w:tc>
          <w:tcPr>
            <w:tcW w:w="3706" w:type="dxa"/>
            <w:shd w:val="clear" w:color="auto" w:fill="E8EDF9"/>
          </w:tcPr>
          <w:p w14:paraId="797E8D64" w14:textId="3BEA1C77" w:rsidR="003F0488" w:rsidRPr="000719C9" w:rsidRDefault="00000000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Naam</w:t>
            </w:r>
            <w:r w:rsidR="00041129" w:rsidRPr="000719C9">
              <w:rPr>
                <w:sz w:val="22"/>
                <w:lang w:val="nl-NL"/>
              </w:rPr>
              <w:t xml:space="preserve"> </w:t>
            </w:r>
            <w:r w:rsidR="00041129"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256" w:type="dxa"/>
          </w:tcPr>
          <w:p w14:paraId="07033D54" w14:textId="77777777" w:rsidR="003F0488" w:rsidRPr="000D47DB" w:rsidRDefault="00000000">
            <w:pPr>
              <w:rPr>
                <w:lang w:val="nl-NL"/>
              </w:rPr>
            </w:pPr>
            <w:r w:rsidRPr="000D47DB">
              <w:rPr>
                <w:lang w:val="nl-NL"/>
              </w:rPr>
              <w:br/>
            </w:r>
            <w:r w:rsidRPr="000D47DB">
              <w:rPr>
                <w:lang w:val="nl-NL"/>
              </w:rPr>
              <w:br/>
            </w:r>
          </w:p>
        </w:tc>
      </w:tr>
      <w:tr w:rsidR="003F0488" w:rsidRPr="000D47DB" w14:paraId="0E208950" w14:textId="77777777" w:rsidTr="00AD7644">
        <w:tc>
          <w:tcPr>
            <w:tcW w:w="3706" w:type="dxa"/>
            <w:shd w:val="clear" w:color="auto" w:fill="E8EDF9"/>
          </w:tcPr>
          <w:p w14:paraId="1AF4E128" w14:textId="42227A9D" w:rsidR="003F0488" w:rsidRPr="000719C9" w:rsidRDefault="00000000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Functie</w:t>
            </w:r>
            <w:r w:rsidR="00AD7644" w:rsidRPr="000719C9">
              <w:rPr>
                <w:color w:val="C00000"/>
                <w:sz w:val="22"/>
                <w:lang w:val="nl-NL"/>
              </w:rPr>
              <w:t xml:space="preserve"> *</w:t>
            </w:r>
          </w:p>
        </w:tc>
        <w:tc>
          <w:tcPr>
            <w:tcW w:w="6256" w:type="dxa"/>
          </w:tcPr>
          <w:p w14:paraId="3F6E863C" w14:textId="77777777" w:rsidR="003F0488" w:rsidRPr="000D47DB" w:rsidRDefault="00000000">
            <w:pPr>
              <w:rPr>
                <w:lang w:val="nl-NL"/>
              </w:rPr>
            </w:pPr>
            <w:r w:rsidRPr="000D47DB">
              <w:rPr>
                <w:lang w:val="nl-NL"/>
              </w:rPr>
              <w:br/>
            </w:r>
            <w:r w:rsidRPr="000D47DB">
              <w:rPr>
                <w:lang w:val="nl-NL"/>
              </w:rPr>
              <w:br/>
            </w:r>
          </w:p>
        </w:tc>
      </w:tr>
      <w:tr w:rsidR="003F0488" w:rsidRPr="000D47DB" w14:paraId="702B89B7" w14:textId="77777777" w:rsidTr="00AD7644">
        <w:tc>
          <w:tcPr>
            <w:tcW w:w="3706" w:type="dxa"/>
            <w:shd w:val="clear" w:color="auto" w:fill="E8EDF9"/>
          </w:tcPr>
          <w:p w14:paraId="1140698E" w14:textId="0879BF37" w:rsidR="003F0488" w:rsidRPr="000719C9" w:rsidRDefault="00AD7644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Adres</w:t>
            </w:r>
            <w:r w:rsidRPr="000719C9">
              <w:rPr>
                <w:color w:val="C00000"/>
                <w:sz w:val="22"/>
                <w:lang w:val="nl-NL"/>
              </w:rPr>
              <w:t xml:space="preserve"> *</w:t>
            </w:r>
          </w:p>
        </w:tc>
        <w:tc>
          <w:tcPr>
            <w:tcW w:w="6256" w:type="dxa"/>
          </w:tcPr>
          <w:p w14:paraId="6F1E157F" w14:textId="77777777" w:rsidR="003F0488" w:rsidRPr="000D47DB" w:rsidRDefault="00000000">
            <w:pPr>
              <w:rPr>
                <w:lang w:val="nl-NL"/>
              </w:rPr>
            </w:pPr>
            <w:r w:rsidRPr="000D47DB">
              <w:rPr>
                <w:lang w:val="nl-NL"/>
              </w:rPr>
              <w:br/>
            </w:r>
            <w:r w:rsidRPr="000D47DB">
              <w:rPr>
                <w:lang w:val="nl-NL"/>
              </w:rPr>
              <w:br/>
            </w:r>
          </w:p>
        </w:tc>
      </w:tr>
      <w:tr w:rsidR="003F0488" w:rsidRPr="000D47DB" w14:paraId="4885967E" w14:textId="77777777" w:rsidTr="00AD7644">
        <w:tc>
          <w:tcPr>
            <w:tcW w:w="3706" w:type="dxa"/>
            <w:shd w:val="clear" w:color="auto" w:fill="E8EDF9"/>
          </w:tcPr>
          <w:p w14:paraId="514F36ED" w14:textId="36E5AD15" w:rsidR="003F0488" w:rsidRPr="000719C9" w:rsidRDefault="00AD7644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Postcode en woonplaats</w:t>
            </w:r>
            <w:r w:rsidRPr="000719C9">
              <w:rPr>
                <w:color w:val="C00000"/>
                <w:sz w:val="22"/>
                <w:lang w:val="nl-NL"/>
              </w:rPr>
              <w:t xml:space="preserve"> *</w:t>
            </w:r>
          </w:p>
        </w:tc>
        <w:tc>
          <w:tcPr>
            <w:tcW w:w="6256" w:type="dxa"/>
          </w:tcPr>
          <w:p w14:paraId="66FB0F44" w14:textId="77777777" w:rsidR="003F0488" w:rsidRPr="000D47DB" w:rsidRDefault="00000000">
            <w:pPr>
              <w:rPr>
                <w:lang w:val="nl-NL"/>
              </w:rPr>
            </w:pPr>
            <w:r w:rsidRPr="000D47DB">
              <w:rPr>
                <w:lang w:val="nl-NL"/>
              </w:rPr>
              <w:br/>
            </w:r>
            <w:r w:rsidRPr="000D47DB">
              <w:rPr>
                <w:lang w:val="nl-NL"/>
              </w:rPr>
              <w:br/>
            </w:r>
          </w:p>
        </w:tc>
      </w:tr>
      <w:tr w:rsidR="00AD7644" w:rsidRPr="000D47DB" w14:paraId="32D0271D" w14:textId="77777777" w:rsidTr="00AD7644">
        <w:tc>
          <w:tcPr>
            <w:tcW w:w="3706" w:type="dxa"/>
            <w:shd w:val="clear" w:color="auto" w:fill="E8EDF9"/>
          </w:tcPr>
          <w:p w14:paraId="5A324DB0" w14:textId="77777777" w:rsidR="00AD7644" w:rsidRPr="000719C9" w:rsidRDefault="00AD7644" w:rsidP="0016776F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Telefoonnummer 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256" w:type="dxa"/>
          </w:tcPr>
          <w:p w14:paraId="56DB36BF" w14:textId="77777777" w:rsidR="00AD7644" w:rsidRPr="000D47DB" w:rsidRDefault="00AD7644" w:rsidP="0016776F">
            <w:pPr>
              <w:rPr>
                <w:lang w:val="nl-NL"/>
              </w:rPr>
            </w:pPr>
            <w:r w:rsidRPr="000D47DB">
              <w:rPr>
                <w:lang w:val="nl-NL"/>
              </w:rPr>
              <w:br/>
            </w:r>
            <w:r w:rsidRPr="000D47DB">
              <w:rPr>
                <w:lang w:val="nl-NL"/>
              </w:rPr>
              <w:br/>
            </w:r>
          </w:p>
        </w:tc>
      </w:tr>
      <w:tr w:rsidR="00AD7644" w:rsidRPr="000D47DB" w14:paraId="7E636ACA" w14:textId="77777777" w:rsidTr="00AD7644">
        <w:tc>
          <w:tcPr>
            <w:tcW w:w="3706" w:type="dxa"/>
            <w:shd w:val="clear" w:color="auto" w:fill="E8EDF9"/>
          </w:tcPr>
          <w:p w14:paraId="76794252" w14:textId="77777777" w:rsidR="00AD7644" w:rsidRPr="000719C9" w:rsidRDefault="00AD7644" w:rsidP="0016776F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E-mailadres 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256" w:type="dxa"/>
          </w:tcPr>
          <w:p w14:paraId="24F24C3C" w14:textId="77777777" w:rsidR="00AD7644" w:rsidRPr="000D47DB" w:rsidRDefault="00AD7644" w:rsidP="0016776F">
            <w:pPr>
              <w:rPr>
                <w:lang w:val="nl-NL"/>
              </w:rPr>
            </w:pPr>
            <w:r w:rsidRPr="000D47DB">
              <w:rPr>
                <w:lang w:val="nl-NL"/>
              </w:rPr>
              <w:br/>
            </w:r>
            <w:r w:rsidRPr="000D47DB">
              <w:rPr>
                <w:lang w:val="nl-NL"/>
              </w:rPr>
              <w:br/>
            </w:r>
          </w:p>
        </w:tc>
      </w:tr>
    </w:tbl>
    <w:p w14:paraId="6226F03F" w14:textId="77777777" w:rsidR="000719C9" w:rsidRDefault="000719C9" w:rsidP="00D04204">
      <w:pPr>
        <w:rPr>
          <w:b/>
          <w:color w:val="2D3D71"/>
          <w:sz w:val="32"/>
          <w:szCs w:val="32"/>
          <w:lang w:val="nl-NL"/>
        </w:rPr>
      </w:pPr>
    </w:p>
    <w:p w14:paraId="7E9CFACA" w14:textId="180064C7" w:rsidR="003F0488" w:rsidRPr="000719C9" w:rsidRDefault="00000000" w:rsidP="00041129">
      <w:pPr>
        <w:ind w:left="-90"/>
        <w:rPr>
          <w:sz w:val="32"/>
          <w:szCs w:val="32"/>
          <w:lang w:val="nl-NL"/>
        </w:rPr>
      </w:pPr>
      <w:r w:rsidRPr="000719C9">
        <w:rPr>
          <w:b/>
          <w:color w:val="2D3D71"/>
          <w:sz w:val="32"/>
          <w:szCs w:val="32"/>
          <w:lang w:val="nl-NL"/>
        </w:rPr>
        <w:t xml:space="preserve">Activiteit of </w:t>
      </w:r>
      <w:r w:rsidR="00AD7644" w:rsidRPr="000719C9">
        <w:rPr>
          <w:b/>
          <w:color w:val="2D3D71"/>
          <w:sz w:val="32"/>
          <w:szCs w:val="32"/>
          <w:lang w:val="nl-NL"/>
        </w:rPr>
        <w:t>voorziening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5"/>
        <w:gridCol w:w="6077"/>
      </w:tblGrid>
      <w:tr w:rsidR="003F0488" w:rsidRPr="0010166A" w14:paraId="4652343A" w14:textId="77777777" w:rsidTr="00041129">
        <w:tc>
          <w:tcPr>
            <w:tcW w:w="3888" w:type="dxa"/>
            <w:shd w:val="clear" w:color="auto" w:fill="E8EDF9"/>
          </w:tcPr>
          <w:p w14:paraId="674E06A6" w14:textId="70263653" w:rsidR="003F0488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De activiteit of voorziening waarvoor een bijdrage wordt </w:t>
            </w:r>
            <w:r w:rsidR="005D7F52" w:rsidRPr="000719C9">
              <w:rPr>
                <w:sz w:val="22"/>
                <w:lang w:val="nl-NL"/>
              </w:rPr>
              <w:t xml:space="preserve">gevraagd </w:t>
            </w:r>
            <w:r w:rsidR="005D7F52" w:rsidRPr="000719C9">
              <w:rPr>
                <w:color w:val="C00000"/>
                <w:sz w:val="22"/>
                <w:lang w:val="nl-NL"/>
              </w:rPr>
              <w:t>*</w:t>
            </w:r>
          </w:p>
        </w:tc>
        <w:tc>
          <w:tcPr>
            <w:tcW w:w="6084" w:type="dxa"/>
          </w:tcPr>
          <w:p w14:paraId="37620478" w14:textId="77777777" w:rsidR="003F0488" w:rsidRPr="000719C9" w:rsidRDefault="00000000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041129" w:rsidRPr="000719C9" w14:paraId="1447B963" w14:textId="77777777" w:rsidTr="00041129">
        <w:tc>
          <w:tcPr>
            <w:tcW w:w="3888" w:type="dxa"/>
            <w:shd w:val="clear" w:color="auto" w:fill="E8EDF9"/>
          </w:tcPr>
          <w:p w14:paraId="5AAA7D98" w14:textId="6169EDF6" w:rsidR="00041129" w:rsidRPr="000719C9" w:rsidRDefault="00D04204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Gevraagde bijdrage (</w:t>
            </w:r>
            <w:proofErr w:type="gramStart"/>
            <w:r w:rsidRPr="000719C9">
              <w:rPr>
                <w:sz w:val="22"/>
                <w:lang w:val="nl-NL"/>
              </w:rPr>
              <w:t>€)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  <w:proofErr w:type="gramEnd"/>
          </w:p>
        </w:tc>
        <w:tc>
          <w:tcPr>
            <w:tcW w:w="6084" w:type="dxa"/>
          </w:tcPr>
          <w:p w14:paraId="59A118F8" w14:textId="77777777" w:rsidR="00041129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041129" w:rsidRPr="000719C9" w14:paraId="7040F85F" w14:textId="77777777" w:rsidTr="00041129">
        <w:tc>
          <w:tcPr>
            <w:tcW w:w="3888" w:type="dxa"/>
            <w:shd w:val="clear" w:color="auto" w:fill="E8EDF9"/>
          </w:tcPr>
          <w:p w14:paraId="1E9FD5E5" w14:textId="56E89EE8" w:rsidR="00041129" w:rsidRPr="000719C9" w:rsidRDefault="00D04204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Motivering </w:t>
            </w:r>
            <w:r w:rsidRPr="000719C9">
              <w:rPr>
                <w:color w:val="EE0000"/>
                <w:sz w:val="22"/>
              </w:rPr>
              <w:t>*</w:t>
            </w:r>
          </w:p>
        </w:tc>
        <w:tc>
          <w:tcPr>
            <w:tcW w:w="6084" w:type="dxa"/>
          </w:tcPr>
          <w:p w14:paraId="74DD7E3E" w14:textId="77777777" w:rsidR="00041129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041129" w:rsidRPr="000719C9" w14:paraId="0A7FC0FD" w14:textId="77777777" w:rsidTr="00041129">
        <w:tc>
          <w:tcPr>
            <w:tcW w:w="3888" w:type="dxa"/>
            <w:shd w:val="clear" w:color="auto" w:fill="E8EDF9"/>
          </w:tcPr>
          <w:p w14:paraId="07854B6D" w14:textId="384008D5" w:rsidR="00041129" w:rsidRPr="000719C9" w:rsidRDefault="00D04204">
            <w:pPr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Doelgroep(en)</w:t>
            </w:r>
          </w:p>
        </w:tc>
        <w:tc>
          <w:tcPr>
            <w:tcW w:w="6084" w:type="dxa"/>
          </w:tcPr>
          <w:p w14:paraId="1FAB5244" w14:textId="77777777" w:rsidR="00041129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041129" w:rsidRPr="000719C9" w14:paraId="3E7C3565" w14:textId="77777777" w:rsidTr="00041129">
        <w:tc>
          <w:tcPr>
            <w:tcW w:w="3888" w:type="dxa"/>
            <w:shd w:val="clear" w:color="auto" w:fill="E8EDF9"/>
          </w:tcPr>
          <w:p w14:paraId="005B5612" w14:textId="4E4DC819" w:rsidR="00041129" w:rsidRPr="000719C9" w:rsidRDefault="00041129">
            <w:pPr>
              <w:rPr>
                <w:color w:val="EE0000"/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Heeft u deze aanvraag ook ingediend bij andere instanties? Zo ja welke? 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  <w:p w14:paraId="621B6BEC" w14:textId="63D1EF58" w:rsidR="00041129" w:rsidRPr="000719C9" w:rsidRDefault="00041129">
            <w:pPr>
              <w:rPr>
                <w:sz w:val="22"/>
                <w:lang w:val="nl-NL"/>
              </w:rPr>
            </w:pPr>
          </w:p>
        </w:tc>
        <w:tc>
          <w:tcPr>
            <w:tcW w:w="6084" w:type="dxa"/>
          </w:tcPr>
          <w:p w14:paraId="5108178C" w14:textId="77777777" w:rsidR="00041129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041129" w:rsidRPr="000719C9" w14:paraId="430ED182" w14:textId="77777777" w:rsidTr="00041129">
        <w:tc>
          <w:tcPr>
            <w:tcW w:w="3888" w:type="dxa"/>
            <w:shd w:val="clear" w:color="auto" w:fill="E8EDF9"/>
          </w:tcPr>
          <w:p w14:paraId="3E192DDF" w14:textId="4BC12B8C" w:rsidR="00041129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 xml:space="preserve">Eigen financiële bijdrage </w:t>
            </w:r>
            <w:r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084" w:type="dxa"/>
          </w:tcPr>
          <w:p w14:paraId="6701971B" w14:textId="77777777" w:rsidR="00041129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  <w:tr w:rsidR="00041129" w:rsidRPr="000719C9" w14:paraId="22DD2C78" w14:textId="77777777" w:rsidTr="00041129">
        <w:tc>
          <w:tcPr>
            <w:tcW w:w="3888" w:type="dxa"/>
            <w:shd w:val="clear" w:color="auto" w:fill="E8EDF9"/>
          </w:tcPr>
          <w:p w14:paraId="2A8834E1" w14:textId="1F6733D5" w:rsidR="00041129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Overige opmerkingen</w:t>
            </w:r>
          </w:p>
        </w:tc>
        <w:tc>
          <w:tcPr>
            <w:tcW w:w="6084" w:type="dxa"/>
          </w:tcPr>
          <w:p w14:paraId="46616E9C" w14:textId="77777777" w:rsidR="00041129" w:rsidRPr="000719C9" w:rsidRDefault="00041129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br/>
            </w:r>
            <w:r w:rsidRPr="000719C9">
              <w:rPr>
                <w:sz w:val="22"/>
                <w:lang w:val="nl-NL"/>
              </w:rPr>
              <w:br/>
            </w:r>
          </w:p>
        </w:tc>
      </w:tr>
    </w:tbl>
    <w:p w14:paraId="4E2FB474" w14:textId="77777777" w:rsidR="0046223D" w:rsidRDefault="0046223D" w:rsidP="000719C9">
      <w:pPr>
        <w:rPr>
          <w:b/>
          <w:color w:val="2D3D71"/>
          <w:lang w:val="nl-NL"/>
        </w:rPr>
      </w:pPr>
    </w:p>
    <w:p w14:paraId="49A4B3D0" w14:textId="77777777" w:rsidR="00911462" w:rsidRDefault="00911462" w:rsidP="000719C9">
      <w:pPr>
        <w:rPr>
          <w:b/>
          <w:color w:val="2D3D71"/>
          <w:sz w:val="32"/>
          <w:lang w:val="nl-NL"/>
        </w:rPr>
      </w:pPr>
    </w:p>
    <w:p w14:paraId="085E99F1" w14:textId="77777777" w:rsidR="00D16D52" w:rsidRDefault="00D16D52" w:rsidP="000719C9">
      <w:pPr>
        <w:rPr>
          <w:b/>
          <w:color w:val="2D3D71"/>
          <w:sz w:val="32"/>
          <w:lang w:val="nl-NL"/>
        </w:rPr>
      </w:pPr>
    </w:p>
    <w:p w14:paraId="6C412F26" w14:textId="19024D5D" w:rsidR="005D7F52" w:rsidRPr="000D47DB" w:rsidRDefault="00000000" w:rsidP="000719C9">
      <w:pPr>
        <w:rPr>
          <w:b/>
          <w:color w:val="2D3D71"/>
          <w:sz w:val="32"/>
          <w:lang w:val="nl-NL"/>
        </w:rPr>
      </w:pPr>
      <w:r w:rsidRPr="000D47DB">
        <w:rPr>
          <w:b/>
          <w:color w:val="2D3D71"/>
          <w:sz w:val="32"/>
          <w:lang w:val="nl-NL"/>
        </w:rPr>
        <w:lastRenderedPageBreak/>
        <w:t>Bijlagen</w:t>
      </w:r>
    </w:p>
    <w:p w14:paraId="004CC726" w14:textId="77777777" w:rsidR="005D7F52" w:rsidRPr="000719C9" w:rsidRDefault="005D7F52" w:rsidP="005D7F5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nl-NL"/>
        </w:rPr>
      </w:pPr>
      <w:r w:rsidRPr="000719C9">
        <w:rPr>
          <w:rFonts w:eastAsia="Times New Roman" w:cs="Times New Roman"/>
          <w:color w:val="000000"/>
          <w:sz w:val="24"/>
          <w:szCs w:val="24"/>
          <w:lang w:val="nl-NL"/>
        </w:rPr>
        <w:t>Bij deze aanvraag dienen de volgende bijlagen gevoegd te worden:</w:t>
      </w:r>
    </w:p>
    <w:p w14:paraId="1C809D1A" w14:textId="04660D72" w:rsidR="005D7F52" w:rsidRPr="000719C9" w:rsidRDefault="005D7F52" w:rsidP="005D7F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nl-NL"/>
        </w:rPr>
      </w:pPr>
      <w:r w:rsidRP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Een begroting </w:t>
      </w:r>
      <w:r w:rsidR="000719C9">
        <w:rPr>
          <w:rFonts w:eastAsia="Times New Roman" w:cs="Times New Roman"/>
          <w:color w:val="000000"/>
          <w:sz w:val="24"/>
          <w:szCs w:val="24"/>
          <w:lang w:val="nl-NL"/>
        </w:rPr>
        <w:t>bij de</w:t>
      </w:r>
      <w:r w:rsidRP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 inkomsten en uitgaven van de </w:t>
      </w:r>
      <w:r w:rsidR="00AD7644" w:rsidRPr="000719C9">
        <w:rPr>
          <w:rFonts w:eastAsia="Times New Roman" w:cs="Times New Roman"/>
          <w:color w:val="000000"/>
          <w:sz w:val="24"/>
          <w:szCs w:val="24"/>
          <w:lang w:val="nl-NL"/>
        </w:rPr>
        <w:t>activiteit</w:t>
      </w:r>
      <w:r w:rsidRP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 waarvoor de </w:t>
      </w:r>
      <w:r w:rsidR="00AD7644" w:rsidRPr="000719C9">
        <w:rPr>
          <w:rFonts w:eastAsia="Times New Roman" w:cs="Times New Roman"/>
          <w:color w:val="000000"/>
          <w:sz w:val="24"/>
          <w:szCs w:val="24"/>
          <w:lang w:val="nl-NL"/>
        </w:rPr>
        <w:t>subsidie</w:t>
      </w:r>
      <w:r w:rsidRP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 wordt </w:t>
      </w:r>
      <w:r w:rsidR="000719C9">
        <w:rPr>
          <w:rFonts w:eastAsia="Times New Roman" w:cs="Times New Roman"/>
          <w:color w:val="000000"/>
          <w:sz w:val="24"/>
          <w:szCs w:val="24"/>
          <w:lang w:val="nl-NL"/>
        </w:rPr>
        <w:t>aan</w:t>
      </w:r>
      <w:r w:rsidRPr="000719C9">
        <w:rPr>
          <w:rFonts w:eastAsia="Times New Roman" w:cs="Times New Roman"/>
          <w:color w:val="000000"/>
          <w:sz w:val="24"/>
          <w:szCs w:val="24"/>
          <w:lang w:val="nl-NL"/>
        </w:rPr>
        <w:t>gevraagd.</w:t>
      </w:r>
      <w:r w:rsidR="00AD7644" w:rsidRP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 </w:t>
      </w:r>
      <w:r w:rsidR="00D16D52">
        <w:rPr>
          <w:rFonts w:eastAsia="Times New Roman" w:cs="Times New Roman"/>
          <w:color w:val="000000"/>
          <w:sz w:val="24"/>
          <w:szCs w:val="24"/>
          <w:lang w:val="nl-NL"/>
        </w:rPr>
        <w:t>Als het om een voorziening gaat, s.v.p.</w:t>
      </w:r>
      <w:r w:rsidR="00AD7644" w:rsidRP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 een offerte meesturen;</w:t>
      </w:r>
    </w:p>
    <w:p w14:paraId="0D17ACF1" w14:textId="405BB872" w:rsidR="005D7F52" w:rsidRPr="000719C9" w:rsidRDefault="005D7F52" w:rsidP="005D7F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nl-NL"/>
        </w:rPr>
      </w:pPr>
      <w:r w:rsidRPr="000719C9">
        <w:rPr>
          <w:rFonts w:eastAsia="Times New Roman" w:cs="Times New Roman"/>
          <w:color w:val="000000"/>
          <w:sz w:val="24"/>
          <w:szCs w:val="24"/>
          <w:lang w:val="nl-NL"/>
        </w:rPr>
        <w:t>De balans</w:t>
      </w:r>
      <w:r w:rsidR="00AD7644" w:rsidRPr="000719C9">
        <w:rPr>
          <w:rFonts w:eastAsia="Times New Roman" w:cs="Times New Roman"/>
          <w:color w:val="000000"/>
          <w:sz w:val="24"/>
          <w:szCs w:val="24"/>
          <w:lang w:val="nl-NL"/>
        </w:rPr>
        <w:t>, een exploitatieoverzicht</w:t>
      </w:r>
      <w:r w:rsid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 of </w:t>
      </w:r>
      <w:r w:rsidR="00AD7644" w:rsidRP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jaarrekening </w:t>
      </w:r>
      <w:r w:rsidR="00BF5857" w:rsidRPr="000719C9">
        <w:rPr>
          <w:rFonts w:eastAsia="Times New Roman" w:cs="Times New Roman"/>
          <w:color w:val="000000"/>
          <w:sz w:val="24"/>
          <w:szCs w:val="24"/>
          <w:lang w:val="nl-NL"/>
        </w:rPr>
        <w:t>van het afgelopen vereniging</w:t>
      </w:r>
      <w:r w:rsidR="00BF5857">
        <w:rPr>
          <w:rFonts w:eastAsia="Times New Roman" w:cs="Times New Roman"/>
          <w:color w:val="000000"/>
          <w:sz w:val="24"/>
          <w:szCs w:val="24"/>
          <w:lang w:val="nl-NL"/>
        </w:rPr>
        <w:t>s-</w:t>
      </w:r>
      <w:r w:rsidR="00BF5857" w:rsidRPr="000719C9">
        <w:rPr>
          <w:rFonts w:eastAsia="Times New Roman" w:cs="Times New Roman"/>
          <w:color w:val="000000"/>
          <w:sz w:val="24"/>
          <w:szCs w:val="24"/>
          <w:lang w:val="nl-NL"/>
        </w:rPr>
        <w:t xml:space="preserve"> of kalenderjaar </w:t>
      </w:r>
      <w:r w:rsidR="00AD7644" w:rsidRPr="000719C9">
        <w:rPr>
          <w:rFonts w:eastAsia="Times New Roman" w:cs="Times New Roman"/>
          <w:color w:val="000000"/>
          <w:sz w:val="24"/>
          <w:szCs w:val="24"/>
          <w:lang w:val="nl-NL"/>
        </w:rPr>
        <w:t>of vergelijkbare financiële verantwoording;</w:t>
      </w:r>
    </w:p>
    <w:p w14:paraId="6506A766" w14:textId="5A1E8A0E" w:rsidR="005D7F52" w:rsidRPr="000719C9" w:rsidRDefault="00AD7644" w:rsidP="005D7F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nl-NL"/>
        </w:rPr>
      </w:pPr>
      <w:r w:rsidRPr="000719C9">
        <w:rPr>
          <w:rFonts w:eastAsia="Times New Roman" w:cs="Times New Roman"/>
          <w:color w:val="000000"/>
          <w:sz w:val="24"/>
          <w:szCs w:val="24"/>
          <w:lang w:val="nl-NL"/>
        </w:rPr>
        <w:t>Projectbeschrijving en o</w:t>
      </w:r>
      <w:r w:rsidR="005D7F52" w:rsidRPr="000719C9">
        <w:rPr>
          <w:rFonts w:eastAsia="Times New Roman" w:cs="Times New Roman"/>
          <w:color w:val="000000"/>
          <w:sz w:val="24"/>
          <w:szCs w:val="24"/>
          <w:lang w:val="nl-NL"/>
        </w:rPr>
        <w:t>verige bijlagen</w:t>
      </w:r>
      <w:r w:rsidR="00D16D52">
        <w:rPr>
          <w:rFonts w:eastAsia="Times New Roman" w:cs="Times New Roman"/>
          <w:color w:val="000000"/>
          <w:sz w:val="24"/>
          <w:szCs w:val="24"/>
          <w:lang w:val="nl-NL"/>
        </w:rPr>
        <w:t>.</w:t>
      </w:r>
    </w:p>
    <w:p w14:paraId="69B7A994" w14:textId="77777777" w:rsidR="005D7F52" w:rsidRPr="004720BC" w:rsidRDefault="005D7F52" w:rsidP="005D7F52">
      <w:pPr>
        <w:pStyle w:val="NormalWeb"/>
        <w:rPr>
          <w:rFonts w:ascii="Aptos" w:hAnsi="Aptos"/>
          <w:color w:val="1F497D" w:themeColor="text2"/>
          <w:sz w:val="32"/>
          <w:szCs w:val="32"/>
          <w:lang w:val="nl-NL"/>
        </w:rPr>
      </w:pPr>
      <w:r w:rsidRPr="004720BC">
        <w:rPr>
          <w:rStyle w:val="Strong"/>
          <w:rFonts w:ascii="Aptos" w:hAnsi="Aptos"/>
          <w:color w:val="1F497D" w:themeColor="text2"/>
          <w:sz w:val="32"/>
          <w:szCs w:val="32"/>
          <w:lang w:val="nl-NL"/>
        </w:rPr>
        <w:t>Verslaglegging</w:t>
      </w:r>
    </w:p>
    <w:p w14:paraId="45F18F12" w14:textId="4163C48C" w:rsidR="005D7F52" w:rsidRPr="000719C9" w:rsidRDefault="005D7F52" w:rsidP="005D7F52">
      <w:pPr>
        <w:pStyle w:val="NormalWeb"/>
        <w:rPr>
          <w:rFonts w:ascii="Aptos" w:hAnsi="Aptos"/>
          <w:lang w:val="nl-NL"/>
        </w:rPr>
      </w:pPr>
      <w:r w:rsidRPr="000719C9">
        <w:rPr>
          <w:rFonts w:ascii="Aptos" w:hAnsi="Aptos"/>
          <w:color w:val="000000"/>
          <w:lang w:val="nl-NL"/>
        </w:rPr>
        <w:t>De aanvragende instantie is gehouden binnen drie maanden na beëindiging van de</w:t>
      </w:r>
      <w:r w:rsidRPr="000719C9">
        <w:rPr>
          <w:rFonts w:ascii="Aptos" w:hAnsi="Aptos"/>
          <w:lang w:val="nl-NL"/>
        </w:rPr>
        <w:t xml:space="preserve"> </w:t>
      </w:r>
      <w:r w:rsidRPr="000719C9">
        <w:rPr>
          <w:rFonts w:ascii="Aptos" w:hAnsi="Aptos"/>
          <w:color w:val="000000"/>
          <w:lang w:val="nl-NL"/>
        </w:rPr>
        <w:t>activiteiten waarvoor een bijdrage werd gevraagd, zowel een inhoudelijk als een financieel verslag</w:t>
      </w:r>
      <w:r w:rsidRPr="000719C9">
        <w:rPr>
          <w:rFonts w:ascii="Aptos" w:hAnsi="Aptos"/>
          <w:lang w:val="nl-NL"/>
        </w:rPr>
        <w:t xml:space="preserve"> </w:t>
      </w:r>
      <w:r w:rsidRPr="000719C9">
        <w:rPr>
          <w:rFonts w:ascii="Aptos" w:hAnsi="Aptos"/>
          <w:color w:val="000000"/>
          <w:lang w:val="nl-NL"/>
        </w:rPr>
        <w:t>op te sturen aan het bestuur van het Van den Broek Lohman Fonds Nunspeet.</w:t>
      </w:r>
    </w:p>
    <w:p w14:paraId="455F0FD6" w14:textId="7F895B11" w:rsidR="005D7F52" w:rsidRPr="000719C9" w:rsidRDefault="005D7F52" w:rsidP="000719C9">
      <w:pPr>
        <w:pStyle w:val="NormalWeb"/>
        <w:rPr>
          <w:rFonts w:ascii="Aptos" w:hAnsi="Aptos"/>
          <w:lang w:val="nl-NL"/>
        </w:rPr>
      </w:pPr>
      <w:r w:rsidRPr="000719C9">
        <w:rPr>
          <w:rFonts w:ascii="Aptos" w:hAnsi="Aptos"/>
          <w:color w:val="000000"/>
          <w:lang w:val="nl-NL"/>
        </w:rPr>
        <w:t>Wij ontvangen graag een of meerdere</w:t>
      </w:r>
      <w:r w:rsidR="004720BC">
        <w:rPr>
          <w:rFonts w:ascii="Aptos" w:hAnsi="Aptos"/>
          <w:color w:val="000000"/>
          <w:lang w:val="nl-NL"/>
        </w:rPr>
        <w:t xml:space="preserve"> digitale</w:t>
      </w:r>
      <w:r w:rsidRPr="000719C9">
        <w:rPr>
          <w:rFonts w:ascii="Aptos" w:hAnsi="Aptos"/>
          <w:color w:val="000000"/>
          <w:lang w:val="nl-NL"/>
        </w:rPr>
        <w:t xml:space="preserve"> foto</w:t>
      </w:r>
      <w:r w:rsidR="000719C9">
        <w:rPr>
          <w:rFonts w:ascii="Aptos" w:hAnsi="Aptos"/>
          <w:color w:val="000000"/>
          <w:lang w:val="nl-NL"/>
        </w:rPr>
        <w:t>’</w:t>
      </w:r>
      <w:r w:rsidRPr="000719C9">
        <w:rPr>
          <w:rFonts w:ascii="Aptos" w:hAnsi="Aptos"/>
          <w:color w:val="000000"/>
          <w:lang w:val="nl-NL"/>
        </w:rPr>
        <w:t>s</w:t>
      </w:r>
      <w:r w:rsidR="000719C9">
        <w:rPr>
          <w:rFonts w:ascii="Aptos" w:hAnsi="Aptos"/>
          <w:color w:val="000000"/>
          <w:lang w:val="nl-NL"/>
        </w:rPr>
        <w:t xml:space="preserve"> van de activiteit en/of voorziening</w:t>
      </w:r>
      <w:r w:rsidR="004720BC">
        <w:rPr>
          <w:rFonts w:ascii="Aptos" w:hAnsi="Aptos"/>
          <w:color w:val="000000"/>
          <w:lang w:val="nl-NL"/>
        </w:rPr>
        <w:t xml:space="preserve"> voor publicatie op de website van het Fonds.</w:t>
      </w:r>
    </w:p>
    <w:p w14:paraId="759AC50D" w14:textId="3A21611C" w:rsidR="003F0488" w:rsidRPr="000D47DB" w:rsidRDefault="00606BC0">
      <w:pPr>
        <w:rPr>
          <w:lang w:val="nl-NL"/>
        </w:rPr>
      </w:pPr>
      <w:r>
        <w:rPr>
          <w:b/>
          <w:color w:val="2D3D71"/>
          <w:sz w:val="32"/>
          <w:lang w:val="nl-NL"/>
        </w:rPr>
        <w:t>De aanvrager v</w:t>
      </w:r>
      <w:r w:rsidR="00000000" w:rsidRPr="000D47DB">
        <w:rPr>
          <w:b/>
          <w:color w:val="2D3D71"/>
          <w:sz w:val="32"/>
          <w:lang w:val="nl-NL"/>
        </w:rPr>
        <w:t>erkla</w:t>
      </w:r>
      <w:r>
        <w:rPr>
          <w:b/>
          <w:color w:val="2D3D71"/>
          <w:sz w:val="32"/>
          <w:lang w:val="nl-NL"/>
        </w:rPr>
        <w:t>art</w:t>
      </w:r>
      <w:r w:rsidR="00000000" w:rsidRPr="000D47DB">
        <w:rPr>
          <w:b/>
          <w:color w:val="2D3D71"/>
          <w:sz w:val="32"/>
          <w:lang w:val="nl-NL"/>
        </w:rPr>
        <w:t xml:space="preserve"> </w:t>
      </w:r>
    </w:p>
    <w:p w14:paraId="4D867636" w14:textId="38703281" w:rsidR="003F0488" w:rsidRPr="00D04204" w:rsidRDefault="005D7F52">
      <w:pPr>
        <w:rPr>
          <w:sz w:val="24"/>
          <w:szCs w:val="24"/>
          <w:lang w:val="nl-NL"/>
        </w:rPr>
      </w:pPr>
      <w:r w:rsidRPr="00D04204">
        <w:rPr>
          <w:color w:val="000000"/>
          <w:sz w:val="24"/>
          <w:szCs w:val="24"/>
          <w:lang w:val="nl-NL"/>
        </w:rPr>
        <w:t>Ondergetekende verklaart bovenstaande gegevens naar waarheid</w:t>
      </w:r>
      <w:r w:rsidRPr="00D04204">
        <w:rPr>
          <w:sz w:val="24"/>
          <w:szCs w:val="24"/>
          <w:lang w:val="nl-NL"/>
        </w:rPr>
        <w:t xml:space="preserve"> </w:t>
      </w:r>
      <w:r w:rsidRPr="00D04204">
        <w:rPr>
          <w:color w:val="000000"/>
          <w:sz w:val="24"/>
          <w:szCs w:val="24"/>
          <w:lang w:val="nl-NL"/>
        </w:rPr>
        <w:t>te hebben ingevuld en ook in te staan voor de inhoud van de</w:t>
      </w:r>
      <w:r w:rsidR="00D04204" w:rsidRPr="00D04204">
        <w:rPr>
          <w:color w:val="000000"/>
          <w:sz w:val="24"/>
          <w:szCs w:val="24"/>
          <w:lang w:val="nl-NL"/>
        </w:rPr>
        <w:t xml:space="preserve"> meegezonden</w:t>
      </w:r>
      <w:r w:rsidRPr="00D04204">
        <w:rPr>
          <w:color w:val="000000"/>
          <w:sz w:val="24"/>
          <w:szCs w:val="24"/>
          <w:lang w:val="nl-NL"/>
        </w:rPr>
        <w:t xml:space="preserve"> bijlagen.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6007"/>
      </w:tblGrid>
      <w:tr w:rsidR="003F0488" w:rsidRPr="000719C9" w14:paraId="6DA8A21F" w14:textId="77777777" w:rsidTr="00BD2A0A">
        <w:trPr>
          <w:trHeight w:val="664"/>
        </w:trPr>
        <w:tc>
          <w:tcPr>
            <w:tcW w:w="3955" w:type="dxa"/>
            <w:shd w:val="clear" w:color="auto" w:fill="E8EDF9"/>
          </w:tcPr>
          <w:p w14:paraId="3A71E470" w14:textId="26B1CCB5" w:rsidR="003F0488" w:rsidRPr="000719C9" w:rsidRDefault="00000000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Naam contactpersoon</w:t>
            </w:r>
            <w:r w:rsidR="005D7F52" w:rsidRPr="000719C9">
              <w:rPr>
                <w:sz w:val="22"/>
                <w:lang w:val="nl-NL"/>
              </w:rPr>
              <w:t xml:space="preserve"> </w:t>
            </w:r>
            <w:r w:rsidR="005D7F52"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007" w:type="dxa"/>
          </w:tcPr>
          <w:p w14:paraId="3E5568F7" w14:textId="77777777" w:rsidR="003F0488" w:rsidRPr="000719C9" w:rsidRDefault="003F0488">
            <w:pPr>
              <w:rPr>
                <w:sz w:val="22"/>
                <w:lang w:val="nl-NL"/>
              </w:rPr>
            </w:pPr>
          </w:p>
        </w:tc>
      </w:tr>
      <w:tr w:rsidR="003F0488" w:rsidRPr="000719C9" w14:paraId="73721E32" w14:textId="77777777" w:rsidTr="00BD2A0A">
        <w:trPr>
          <w:trHeight w:val="673"/>
        </w:trPr>
        <w:tc>
          <w:tcPr>
            <w:tcW w:w="3955" w:type="dxa"/>
            <w:shd w:val="clear" w:color="auto" w:fill="E8EDF9"/>
          </w:tcPr>
          <w:p w14:paraId="796069A8" w14:textId="521BCB39" w:rsidR="003F0488" w:rsidRPr="000719C9" w:rsidRDefault="00000000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Plaats en datum</w:t>
            </w:r>
            <w:r w:rsidR="00D04204">
              <w:rPr>
                <w:sz w:val="22"/>
                <w:lang w:val="nl-NL"/>
              </w:rPr>
              <w:t xml:space="preserve"> aanvraag</w:t>
            </w:r>
            <w:r w:rsidR="005D7F52" w:rsidRPr="000719C9">
              <w:rPr>
                <w:sz w:val="22"/>
                <w:lang w:val="nl-NL"/>
              </w:rPr>
              <w:t xml:space="preserve"> </w:t>
            </w:r>
            <w:r w:rsidR="005D7F52" w:rsidRPr="000719C9">
              <w:rPr>
                <w:color w:val="EE0000"/>
                <w:sz w:val="22"/>
                <w:lang w:val="nl-NL"/>
              </w:rPr>
              <w:t>*</w:t>
            </w:r>
          </w:p>
        </w:tc>
        <w:tc>
          <w:tcPr>
            <w:tcW w:w="6007" w:type="dxa"/>
          </w:tcPr>
          <w:p w14:paraId="02C24F8A" w14:textId="77777777" w:rsidR="003F0488" w:rsidRPr="000719C9" w:rsidRDefault="003F0488">
            <w:pPr>
              <w:rPr>
                <w:sz w:val="22"/>
                <w:lang w:val="nl-NL"/>
              </w:rPr>
            </w:pPr>
          </w:p>
        </w:tc>
      </w:tr>
      <w:tr w:rsidR="003F0488" w:rsidRPr="000719C9" w14:paraId="2EF14D1B" w14:textId="77777777" w:rsidTr="00BD2A0A">
        <w:trPr>
          <w:trHeight w:val="1033"/>
        </w:trPr>
        <w:tc>
          <w:tcPr>
            <w:tcW w:w="3955" w:type="dxa"/>
            <w:shd w:val="clear" w:color="auto" w:fill="E8EDF9"/>
          </w:tcPr>
          <w:p w14:paraId="4567DB7C" w14:textId="77777777" w:rsidR="003F0488" w:rsidRPr="000719C9" w:rsidRDefault="00000000">
            <w:pPr>
              <w:rPr>
                <w:sz w:val="22"/>
                <w:lang w:val="nl-NL"/>
              </w:rPr>
            </w:pPr>
            <w:r w:rsidRPr="000719C9">
              <w:rPr>
                <w:sz w:val="22"/>
                <w:lang w:val="nl-NL"/>
              </w:rPr>
              <w:t>Akkoord voor verzending</w:t>
            </w:r>
          </w:p>
        </w:tc>
        <w:tc>
          <w:tcPr>
            <w:tcW w:w="6007" w:type="dxa"/>
          </w:tcPr>
          <w:p w14:paraId="3C5BF5CB" w14:textId="77777777" w:rsidR="003F0488" w:rsidRPr="000719C9" w:rsidRDefault="003F0488">
            <w:pPr>
              <w:rPr>
                <w:sz w:val="22"/>
                <w:lang w:val="nl-NL"/>
              </w:rPr>
            </w:pPr>
          </w:p>
        </w:tc>
      </w:tr>
    </w:tbl>
    <w:p w14:paraId="7A27CEE9" w14:textId="77777777" w:rsidR="00971420" w:rsidRDefault="00971420">
      <w:pPr>
        <w:rPr>
          <w:lang w:val="nl-NL"/>
        </w:rPr>
      </w:pPr>
    </w:p>
    <w:p w14:paraId="20CCD82D" w14:textId="5CF06F8E" w:rsidR="0010166A" w:rsidRDefault="0010166A">
      <w:pPr>
        <w:rPr>
          <w:lang w:val="nl-NL"/>
        </w:rPr>
      </w:pPr>
      <w:r>
        <w:rPr>
          <w:lang w:val="nl-NL"/>
        </w:rPr>
        <w:t>De aanvraag kunt u sturen naar het emailadres bestuur@vandenbroeklohmanfonds.nl.</w:t>
      </w:r>
    </w:p>
    <w:p w14:paraId="57451BAD" w14:textId="77777777" w:rsidR="0010166A" w:rsidRDefault="0010166A" w:rsidP="0046223D">
      <w:pPr>
        <w:rPr>
          <w:b/>
          <w:color w:val="2D3D71"/>
          <w:sz w:val="32"/>
          <w:lang w:val="nl-NL"/>
        </w:rPr>
      </w:pPr>
    </w:p>
    <w:p w14:paraId="15D503AE" w14:textId="0EF49000" w:rsidR="0046223D" w:rsidRDefault="00D04204" w:rsidP="0046223D">
      <w:pPr>
        <w:rPr>
          <w:b/>
          <w:color w:val="2D3D71"/>
          <w:sz w:val="32"/>
          <w:lang w:val="nl-NL"/>
        </w:rPr>
      </w:pPr>
      <w:r>
        <w:rPr>
          <w:b/>
          <w:color w:val="2D3D71"/>
          <w:sz w:val="32"/>
          <w:lang w:val="nl-NL"/>
        </w:rPr>
        <w:t>Spelregels</w:t>
      </w:r>
    </w:p>
    <w:p w14:paraId="259D3F86" w14:textId="609E3D82" w:rsidR="00D04204" w:rsidRPr="0046223D" w:rsidRDefault="00D04204" w:rsidP="0046223D">
      <w:pPr>
        <w:rPr>
          <w:b/>
          <w:sz w:val="24"/>
          <w:szCs w:val="24"/>
          <w:lang w:val="nl-NL"/>
        </w:rPr>
      </w:pPr>
      <w:r w:rsidRPr="0046223D">
        <w:rPr>
          <w:rFonts w:eastAsia="Times New Roman" w:cs="Arial"/>
          <w:sz w:val="24"/>
          <w:szCs w:val="24"/>
          <w:lang w:val="nl-NL" w:eastAsia="nl-NL"/>
        </w:rPr>
        <w:t>Het Van den Broek Lohman Fonds verstrekt geen subsidie aan:</w:t>
      </w:r>
    </w:p>
    <w:p w14:paraId="1C9AAD2E" w14:textId="40FD765B" w:rsidR="00D04204" w:rsidRPr="0046223D" w:rsidRDefault="00D04204" w:rsidP="00D04204">
      <w:pPr>
        <w:numPr>
          <w:ilvl w:val="0"/>
          <w:numId w:val="11"/>
        </w:numPr>
        <w:spacing w:after="0" w:line="420" w:lineRule="atLeast"/>
        <w:textAlignment w:val="baseline"/>
        <w:rPr>
          <w:rFonts w:eastAsia="Times New Roman" w:cs="Arial"/>
          <w:sz w:val="24"/>
          <w:szCs w:val="24"/>
          <w:lang w:val="nl-NL" w:eastAsia="nl-NL"/>
        </w:rPr>
      </w:pPr>
      <w:r w:rsidRPr="0046223D">
        <w:rPr>
          <w:rFonts w:eastAsia="Times New Roman" w:cs="Arial"/>
          <w:sz w:val="24"/>
          <w:szCs w:val="24"/>
          <w:lang w:val="nl-NL" w:eastAsia="nl-NL"/>
        </w:rPr>
        <w:t>Natuurlijke personen</w:t>
      </w:r>
      <w:r w:rsidR="0046223D" w:rsidRPr="0046223D">
        <w:rPr>
          <w:rFonts w:eastAsia="Times New Roman" w:cs="Arial"/>
          <w:sz w:val="24"/>
          <w:szCs w:val="24"/>
          <w:lang w:val="nl-NL" w:eastAsia="nl-NL"/>
        </w:rPr>
        <w:t>;</w:t>
      </w:r>
    </w:p>
    <w:p w14:paraId="74F28BB5" w14:textId="77777777" w:rsidR="00D04204" w:rsidRPr="0046223D" w:rsidRDefault="00D04204" w:rsidP="00D04204">
      <w:pPr>
        <w:numPr>
          <w:ilvl w:val="0"/>
          <w:numId w:val="11"/>
        </w:numPr>
        <w:spacing w:after="0" w:line="420" w:lineRule="atLeast"/>
        <w:textAlignment w:val="baseline"/>
        <w:rPr>
          <w:rFonts w:eastAsia="Times New Roman" w:cs="Arial"/>
          <w:sz w:val="24"/>
          <w:szCs w:val="24"/>
          <w:lang w:val="nl-NL" w:eastAsia="nl-NL"/>
        </w:rPr>
      </w:pPr>
      <w:r w:rsidRPr="0046223D">
        <w:rPr>
          <w:rFonts w:eastAsia="Times New Roman" w:cs="Arial"/>
          <w:sz w:val="24"/>
          <w:szCs w:val="24"/>
          <w:lang w:val="nl-NL" w:eastAsia="nl-NL"/>
        </w:rPr>
        <w:t>Religieuze- of politieke activiteiten;</w:t>
      </w:r>
    </w:p>
    <w:p w14:paraId="17E6A255" w14:textId="77777777" w:rsidR="00D04204" w:rsidRPr="0046223D" w:rsidRDefault="00D04204" w:rsidP="00D04204">
      <w:pPr>
        <w:numPr>
          <w:ilvl w:val="0"/>
          <w:numId w:val="11"/>
        </w:numPr>
        <w:spacing w:after="0" w:line="420" w:lineRule="atLeast"/>
        <w:textAlignment w:val="baseline"/>
        <w:rPr>
          <w:rFonts w:eastAsia="Times New Roman" w:cs="Arial"/>
          <w:sz w:val="24"/>
          <w:szCs w:val="24"/>
          <w:lang w:val="nl-NL" w:eastAsia="nl-NL"/>
        </w:rPr>
      </w:pPr>
      <w:r w:rsidRPr="0046223D">
        <w:rPr>
          <w:rFonts w:eastAsia="Times New Roman" w:cs="Arial"/>
          <w:sz w:val="24"/>
          <w:szCs w:val="24"/>
          <w:lang w:val="nl-NL" w:eastAsia="nl-NL"/>
        </w:rPr>
        <w:t>Activiteiten die al hebben plaatsgevonden;</w:t>
      </w:r>
    </w:p>
    <w:p w14:paraId="05EE48DC" w14:textId="77777777" w:rsidR="00D04204" w:rsidRPr="0046223D" w:rsidRDefault="00D04204" w:rsidP="00D04204">
      <w:pPr>
        <w:numPr>
          <w:ilvl w:val="0"/>
          <w:numId w:val="11"/>
        </w:numPr>
        <w:spacing w:after="0" w:line="420" w:lineRule="atLeast"/>
        <w:textAlignment w:val="baseline"/>
        <w:rPr>
          <w:rFonts w:eastAsia="Times New Roman" w:cs="Arial"/>
          <w:sz w:val="24"/>
          <w:szCs w:val="24"/>
          <w:lang w:val="nl-NL" w:eastAsia="nl-NL"/>
        </w:rPr>
      </w:pPr>
      <w:r w:rsidRPr="0046223D">
        <w:rPr>
          <w:rFonts w:eastAsia="Times New Roman" w:cs="Arial"/>
          <w:sz w:val="24"/>
          <w:szCs w:val="24"/>
          <w:lang w:val="nl-NL" w:eastAsia="nl-NL"/>
        </w:rPr>
        <w:lastRenderedPageBreak/>
        <w:t>Exploitatiekosten, reguliere investeringen e.d.;</w:t>
      </w:r>
    </w:p>
    <w:p w14:paraId="216DD952" w14:textId="48960DA4" w:rsidR="00D04204" w:rsidRPr="0046223D" w:rsidRDefault="00D04204" w:rsidP="00D04204">
      <w:pPr>
        <w:numPr>
          <w:ilvl w:val="0"/>
          <w:numId w:val="11"/>
        </w:numPr>
        <w:spacing w:after="0" w:line="420" w:lineRule="atLeast"/>
        <w:textAlignment w:val="baseline"/>
        <w:rPr>
          <w:rFonts w:eastAsia="Times New Roman" w:cs="Arial"/>
          <w:sz w:val="24"/>
          <w:szCs w:val="24"/>
          <w:lang w:val="nl-NL" w:eastAsia="nl-NL"/>
        </w:rPr>
      </w:pPr>
      <w:r w:rsidRPr="0046223D">
        <w:rPr>
          <w:rFonts w:eastAsia="Times New Roman" w:cs="Arial"/>
          <w:sz w:val="24"/>
          <w:szCs w:val="24"/>
          <w:lang w:val="nl-NL" w:eastAsia="nl-NL"/>
        </w:rPr>
        <w:t>Initiatieven waarvoor het fonds alle</w:t>
      </w:r>
      <w:r w:rsidR="0046223D">
        <w:rPr>
          <w:rFonts w:eastAsia="Times New Roman" w:cs="Arial"/>
          <w:sz w:val="24"/>
          <w:szCs w:val="24"/>
          <w:lang w:val="nl-NL" w:eastAsia="nl-NL"/>
        </w:rPr>
        <w:t xml:space="preserve"> </w:t>
      </w:r>
      <w:r w:rsidRPr="0046223D">
        <w:rPr>
          <w:rFonts w:eastAsia="Times New Roman" w:cs="Arial"/>
          <w:sz w:val="24"/>
          <w:szCs w:val="24"/>
          <w:lang w:val="nl-NL" w:eastAsia="nl-NL"/>
        </w:rPr>
        <w:t>kosten zou moeten dragen;</w:t>
      </w:r>
    </w:p>
    <w:p w14:paraId="0E36D783" w14:textId="77777777" w:rsidR="00D04204" w:rsidRPr="0046223D" w:rsidRDefault="00D04204" w:rsidP="00D04204">
      <w:pPr>
        <w:numPr>
          <w:ilvl w:val="0"/>
          <w:numId w:val="11"/>
        </w:numPr>
        <w:spacing w:after="0" w:line="420" w:lineRule="atLeast"/>
        <w:textAlignment w:val="baseline"/>
        <w:rPr>
          <w:rFonts w:eastAsia="Times New Roman" w:cs="Arial"/>
          <w:sz w:val="24"/>
          <w:szCs w:val="24"/>
          <w:lang w:val="nl-NL" w:eastAsia="nl-NL"/>
        </w:rPr>
      </w:pPr>
      <w:r w:rsidRPr="0046223D">
        <w:rPr>
          <w:rFonts w:eastAsia="Times New Roman" w:cs="Arial"/>
          <w:sz w:val="24"/>
          <w:szCs w:val="24"/>
          <w:lang w:val="nl-NL" w:eastAsia="nl-NL"/>
        </w:rPr>
        <w:t>Projecten zonder aantoonbaar tekort, afgaand op ingediende begroting en/of dekkingsplan);</w:t>
      </w:r>
    </w:p>
    <w:p w14:paraId="1D26A646" w14:textId="2DBB8CC0" w:rsidR="004720BC" w:rsidRDefault="00D04204" w:rsidP="004720BC">
      <w:pPr>
        <w:numPr>
          <w:ilvl w:val="0"/>
          <w:numId w:val="11"/>
        </w:numPr>
        <w:spacing w:after="0" w:line="420" w:lineRule="atLeast"/>
        <w:textAlignment w:val="baseline"/>
        <w:rPr>
          <w:rFonts w:eastAsia="Times New Roman" w:cs="Arial"/>
          <w:sz w:val="24"/>
          <w:szCs w:val="24"/>
          <w:lang w:val="nl-NL" w:eastAsia="nl-NL"/>
        </w:rPr>
      </w:pPr>
      <w:r w:rsidRPr="0046223D">
        <w:rPr>
          <w:rFonts w:eastAsia="Times New Roman" w:cs="Arial"/>
          <w:sz w:val="24"/>
          <w:szCs w:val="24"/>
          <w:lang w:val="nl-NL" w:eastAsia="nl-NL"/>
        </w:rPr>
        <w:t>Aanvragen die niet volledig ingevuld zijn en niet voorzien zijn van de vereiste bijlagen, worden niet in behandeling genomen</w:t>
      </w:r>
      <w:r w:rsidR="004720BC">
        <w:rPr>
          <w:rFonts w:eastAsia="Times New Roman" w:cs="Arial"/>
          <w:sz w:val="24"/>
          <w:szCs w:val="24"/>
          <w:lang w:val="nl-NL" w:eastAsia="nl-NL"/>
        </w:rPr>
        <w:t>;</w:t>
      </w:r>
    </w:p>
    <w:p w14:paraId="566E651F" w14:textId="38303139" w:rsidR="00D04204" w:rsidRPr="004720BC" w:rsidRDefault="006053A7" w:rsidP="006053A7">
      <w:pPr>
        <w:spacing w:after="0" w:line="420" w:lineRule="atLeast"/>
        <w:ind w:left="720"/>
        <w:textAlignment w:val="baseline"/>
        <w:rPr>
          <w:rFonts w:eastAsia="Times New Roman" w:cs="Arial"/>
          <w:sz w:val="24"/>
          <w:szCs w:val="24"/>
          <w:lang w:val="nl-NL" w:eastAsia="nl-NL"/>
        </w:rPr>
      </w:pPr>
      <w:r>
        <w:rPr>
          <w:rFonts w:eastAsia="Times New Roman" w:cs="Arial"/>
          <w:sz w:val="24"/>
          <w:szCs w:val="24"/>
          <w:bdr w:val="none" w:sz="0" w:space="0" w:color="auto" w:frame="1"/>
          <w:lang w:val="nl-NL" w:eastAsia="nl-NL"/>
        </w:rPr>
        <w:t xml:space="preserve">NB. </w:t>
      </w:r>
      <w:r w:rsidR="00D04204" w:rsidRPr="004720BC">
        <w:rPr>
          <w:rFonts w:eastAsia="Times New Roman" w:cs="Arial"/>
          <w:sz w:val="24"/>
          <w:szCs w:val="24"/>
          <w:bdr w:val="none" w:sz="0" w:space="0" w:color="auto" w:frame="1"/>
          <w:lang w:val="nl-NL" w:eastAsia="nl-NL"/>
        </w:rPr>
        <w:t>Een gehonoreerde aanvraag blijft </w:t>
      </w:r>
      <w:r w:rsidR="004720BC">
        <w:rPr>
          <w:rFonts w:eastAsia="Times New Roman" w:cs="Arial"/>
          <w:sz w:val="24"/>
          <w:szCs w:val="24"/>
          <w:bdr w:val="none" w:sz="0" w:space="0" w:color="auto" w:frame="1"/>
          <w:lang w:val="nl-NL" w:eastAsia="nl-NL"/>
        </w:rPr>
        <w:t xml:space="preserve">maximaal </w:t>
      </w:r>
      <w:r w:rsidR="00D04204" w:rsidRPr="004720BC">
        <w:rPr>
          <w:rFonts w:eastAsia="Times New Roman" w:cs="Arial"/>
          <w:b/>
          <w:bCs/>
          <w:sz w:val="24"/>
          <w:szCs w:val="24"/>
          <w:bdr w:val="none" w:sz="0" w:space="0" w:color="auto" w:frame="1"/>
          <w:lang w:val="nl-NL" w:eastAsia="nl-NL"/>
        </w:rPr>
        <w:t>6 maanden </w:t>
      </w:r>
      <w:r w:rsidR="00D04204" w:rsidRPr="004720BC">
        <w:rPr>
          <w:rFonts w:eastAsia="Times New Roman" w:cs="Arial"/>
          <w:sz w:val="24"/>
          <w:szCs w:val="24"/>
          <w:bdr w:val="none" w:sz="0" w:space="0" w:color="auto" w:frame="1"/>
          <w:lang w:val="nl-NL" w:eastAsia="nl-NL"/>
        </w:rPr>
        <w:t>geldig.</w:t>
      </w:r>
    </w:p>
    <w:p w14:paraId="0EA528B3" w14:textId="77777777" w:rsidR="00D04204" w:rsidRPr="0046223D" w:rsidRDefault="00D04204" w:rsidP="00D04204">
      <w:pPr>
        <w:rPr>
          <w:sz w:val="24"/>
          <w:szCs w:val="24"/>
          <w:lang w:val="nl-NL"/>
        </w:rPr>
      </w:pPr>
    </w:p>
    <w:p w14:paraId="45895916" w14:textId="77777777" w:rsidR="00BD2A0A" w:rsidRPr="0046223D" w:rsidRDefault="00BD2A0A">
      <w:pPr>
        <w:rPr>
          <w:sz w:val="24"/>
          <w:szCs w:val="24"/>
          <w:lang w:val="nl-NL"/>
        </w:rPr>
      </w:pPr>
    </w:p>
    <w:sectPr w:rsidR="00BD2A0A" w:rsidRPr="0046223D" w:rsidSect="005D7F52">
      <w:pgSz w:w="12240" w:h="15840"/>
      <w:pgMar w:top="964" w:right="1134" w:bottom="94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4530AB"/>
    <w:multiLevelType w:val="multilevel"/>
    <w:tmpl w:val="7DC222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10119C"/>
    <w:multiLevelType w:val="multilevel"/>
    <w:tmpl w:val="85C8A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63310980">
    <w:abstractNumId w:val="8"/>
  </w:num>
  <w:num w:numId="2" w16cid:durableId="1916209624">
    <w:abstractNumId w:val="6"/>
  </w:num>
  <w:num w:numId="3" w16cid:durableId="2143573842">
    <w:abstractNumId w:val="5"/>
  </w:num>
  <w:num w:numId="4" w16cid:durableId="2048679327">
    <w:abstractNumId w:val="4"/>
  </w:num>
  <w:num w:numId="5" w16cid:durableId="377165952">
    <w:abstractNumId w:val="7"/>
  </w:num>
  <w:num w:numId="6" w16cid:durableId="824973860">
    <w:abstractNumId w:val="3"/>
  </w:num>
  <w:num w:numId="7" w16cid:durableId="93791592">
    <w:abstractNumId w:val="2"/>
  </w:num>
  <w:num w:numId="8" w16cid:durableId="105079620">
    <w:abstractNumId w:val="1"/>
  </w:num>
  <w:num w:numId="9" w16cid:durableId="507908613">
    <w:abstractNumId w:val="0"/>
  </w:num>
  <w:num w:numId="10" w16cid:durableId="218134738">
    <w:abstractNumId w:val="9"/>
  </w:num>
  <w:num w:numId="11" w16cid:durableId="13741187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129"/>
    <w:rsid w:val="0006063C"/>
    <w:rsid w:val="000719C9"/>
    <w:rsid w:val="000D47DB"/>
    <w:rsid w:val="0010166A"/>
    <w:rsid w:val="0015074B"/>
    <w:rsid w:val="0029639D"/>
    <w:rsid w:val="002C51B6"/>
    <w:rsid w:val="00326F90"/>
    <w:rsid w:val="003C6754"/>
    <w:rsid w:val="003F0488"/>
    <w:rsid w:val="0046223D"/>
    <w:rsid w:val="004720BC"/>
    <w:rsid w:val="00567146"/>
    <w:rsid w:val="005D7F52"/>
    <w:rsid w:val="006053A7"/>
    <w:rsid w:val="00606BC0"/>
    <w:rsid w:val="008A7F72"/>
    <w:rsid w:val="00911462"/>
    <w:rsid w:val="00971420"/>
    <w:rsid w:val="00AA1D8D"/>
    <w:rsid w:val="00AD7644"/>
    <w:rsid w:val="00B47730"/>
    <w:rsid w:val="00B8293D"/>
    <w:rsid w:val="00BD2A0A"/>
    <w:rsid w:val="00BF5857"/>
    <w:rsid w:val="00CB0664"/>
    <w:rsid w:val="00CD2961"/>
    <w:rsid w:val="00D04204"/>
    <w:rsid w:val="00D16D52"/>
    <w:rsid w:val="00DE53D6"/>
    <w:rsid w:val="00F51E8D"/>
    <w:rsid w:val="00F852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4532BC"/>
  <w14:defaultImageDpi w14:val="300"/>
  <w15:docId w15:val="{EB099742-CC23-7940-A7B4-528032F8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D7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370</Words>
  <Characters>2259</Characters>
  <Application>Microsoft Office Word</Application>
  <DocSecurity>0</DocSecurity>
  <Lines>150</Lines>
  <Paragraphs>62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Tjaard Heikens</cp:lastModifiedBy>
  <cp:revision>11</cp:revision>
  <dcterms:created xsi:type="dcterms:W3CDTF">2026-07-21T12:10:00Z</dcterms:created>
  <dcterms:modified xsi:type="dcterms:W3CDTF">2026-07-24T06:45:00Z</dcterms:modified>
  <cp:category/>
</cp:coreProperties>
</file>